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DGestor Logística SaaS — Documento Técnico V2</w:t>
      </w:r>
    </w:p>
    <w:p>
      <w:r>
        <w:t>CONTEXTO</w:t>
        <w:br/>
        <w:t>Sistema SaaS de logística para conectar empresas, motoristas e operações de transporte.</w:t>
      </w:r>
    </w:p>
    <w:p>
      <w:r>
        <w:t>A base anterior apresentou problemas estruturais por mistura de versões, layouts e funções duplicadas. A decisão é reconstruir uma V2 limpa usando apenas as regras de negócio.</w:t>
      </w:r>
    </w:p>
    <w:p>
      <w:r>
        <w:t>PROBLEMAS DA BASE ANTIGA</w:t>
        <w:br/>
        <w:t>- Múltiplos layouts concorrentes.</w:t>
        <w:br/>
        <w:t>- Funções duplicadas como renderHeader() e headerView().</w:t>
        <w:br/>
        <w:t>- Includes inconsistentes.</w:t>
        <w:br/>
        <w:t>- Correções isoladas causando regressões.</w:t>
      </w:r>
    </w:p>
    <w:p>
      <w:r>
        <w:t>OBJETIVO</w:t>
        <w:br/>
        <w:t>Fluxo principal:</w:t>
        <w:br/>
        <w:t>Empresa cadastra carga.</w:t>
        <w:br/>
        <w:t>Motorista visualiza oportunidades.</w:t>
        <w:br/>
        <w:t>Motorista demonstra interesse.</w:t>
        <w:br/>
        <w:t>Empresa aceita motorista.</w:t>
        <w:br/>
        <w:t>Sistema cria viagem.</w:t>
      </w:r>
    </w:p>
    <w:p>
      <w:r>
        <w:t>PERFIS</w:t>
        <w:br/>
        <w:t>ADMINISTRADOR:</w:t>
        <w:br/>
        <w:t>Gerencia a plataforma.</w:t>
      </w:r>
    </w:p>
    <w:p>
      <w:r>
        <w:t>EMPRESA:</w:t>
        <w:br/>
        <w:t>Cadastra cargas, avalia interessados e gerencia viagens.</w:t>
      </w:r>
    </w:p>
    <w:p>
      <w:r>
        <w:t>MOTORISTA:</w:t>
        <w:br/>
        <w:t>Cadastro, veículos, oportunidades e viagens.</w:t>
      </w:r>
    </w:p>
    <w:p>
      <w:r>
        <w:t>ENTREGADOR:</w:t>
        <w:br/>
        <w:t>Módulo futuro.</w:t>
      </w:r>
    </w:p>
    <w:p>
      <w:r>
        <w:t>BANCO PRINCIPAL</w:t>
        <w:br/>
        <w:t>usuarios:</w:t>
        <w:br/>
        <w:t>id, nome, email, senha, tipo, status.</w:t>
      </w:r>
    </w:p>
    <w:p>
      <w:r>
        <w:t>empresas:</w:t>
        <w:br/>
        <w:t>id, usuario_id, razão social, CNPJ, telefone.</w:t>
      </w:r>
    </w:p>
    <w:p>
      <w:r>
        <w:t>motoristas:</w:t>
        <w:br/>
        <w:t>id, usuario_id, CPF, CNH.</w:t>
      </w:r>
    </w:p>
    <w:p>
      <w:r>
        <w:t>veiculos:</w:t>
        <w:br/>
        <w:t>id, motorista_id, tipo, placa, capacidade.</w:t>
      </w:r>
    </w:p>
    <w:p>
      <w:r>
        <w:t>cargas:</w:t>
        <w:br/>
        <w:t>id, empresa_id, origem, destino, tipo, peso, valor, status.</w:t>
      </w:r>
    </w:p>
    <w:p>
      <w:r>
        <w:t>interesses:</w:t>
        <w:br/>
        <w:t>id, carga_id, motorista_id, status.</w:t>
      </w:r>
    </w:p>
    <w:p>
      <w:r>
        <w:t>viagens:</w:t>
        <w:br/>
        <w:t>id, carga_id, empresa_id, motorista_id, status.</w:t>
      </w:r>
    </w:p>
    <w:p>
      <w:r>
        <w:t>WHITE LABEL</w:t>
        <w:br/>
        <w:t>Cada empresa poderá personalizar:</w:t>
        <w:br/>
        <w:t>- Logo.</w:t>
        <w:br/>
        <w:t>- Nome exibido.</w:t>
        <w:br/>
        <w:t>- Cores.</w:t>
        <w:br/>
        <w:t>- Identidade visual.</w:t>
      </w:r>
    </w:p>
    <w:p>
      <w:r>
        <w:t>ORDEM DE DESENVOLVIMENTO</w:t>
      </w:r>
    </w:p>
    <w:p>
      <w:r>
        <w:t>Sprint 1:</w:t>
        <w:br/>
        <w:t>Fundação, banco, autenticação e permissões.</w:t>
      </w:r>
    </w:p>
    <w:p>
      <w:r>
        <w:t>Sprint 2:</w:t>
        <w:br/>
        <w:t>Empresa e cadastro de cargas.</w:t>
      </w:r>
    </w:p>
    <w:p>
      <w:r>
        <w:t>Sprint 3:</w:t>
        <w:br/>
        <w:t>Motorista e oportunidades.</w:t>
      </w:r>
    </w:p>
    <w:p>
      <w:r>
        <w:t>Sprint 4:</w:t>
        <w:br/>
        <w:t>Interesse em cargas.</w:t>
      </w:r>
    </w:p>
    <w:p>
      <w:r>
        <w:t>Sprint 5:</w:t>
        <w:br/>
        <w:t>Aceite e criação de viagens.</w:t>
      </w:r>
    </w:p>
    <w:p>
      <w:r>
        <w:t>Sprint 6:</w:t>
        <w:br/>
        <w:t>Rastreamento e recursos avançados.</w:t>
      </w:r>
    </w:p>
    <w:p>
      <w:r>
        <w:t>REGRAS</w:t>
        <w:br/>
        <w:t>Não corrigir a base antiga arquivo por arquivo.</w:t>
        <w:br/>
        <w:t>Não criar múltiplos layouts.</w:t>
        <w:br/>
        <w:t>Não duplicar funções.</w:t>
        <w:br/>
        <w:t>Manter arquitetura modular.</w:t>
      </w:r>
    </w:p>
    <w:p>
      <w:r>
        <w:t>PRIMEIRA ENTREGA ESPERADA</w:t>
        <w:br/>
        <w:t>Usuário cadastra.</w:t>
        <w:br/>
        <w:t>Empresa cria carga.</w:t>
        <w:br/>
        <w:t>Motorista visualiza.</w:t>
        <w:br/>
        <w:t>Motorista demonstra interesse.</w:t>
        <w:br/>
        <w:t>Empresa aceita.</w:t>
        <w:br/>
        <w:t>Viagem criada.</w:t>
      </w:r>
    </w:p>
    <w:p>
      <w:r>
        <w:t>INSTRUÇÃO FINAL</w:t>
        <w:br/>
        <w:t>Criar uma V2 limpa, profissional e escalável, desenvolvendo por módulos e testando cada etapa.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